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10D77" w14:textId="77777777" w:rsidR="00645757" w:rsidRPr="00474B09" w:rsidRDefault="00000000" w:rsidP="00474B09">
      <w:pPr>
        <w:jc w:val="center"/>
        <w:rPr>
          <w:rFonts w:ascii="Times New Roman" w:hAnsi="Times New Roman" w:cs="Times New Roman"/>
          <w:b/>
          <w:bCs/>
          <w:lang w:val="it-IT"/>
        </w:rPr>
      </w:pPr>
      <w:r w:rsidRPr="00474B09">
        <w:rPr>
          <w:rFonts w:ascii="Times New Roman" w:hAnsi="Times New Roman" w:cs="Times New Roman"/>
          <w:b/>
          <w:bCs/>
          <w:lang w:val="it-IT"/>
        </w:rPr>
        <w:t>Modello per la presentazione di proposte urbanistiche</w:t>
      </w:r>
    </w:p>
    <w:p w14:paraId="51BC1EE2" w14:textId="77777777" w:rsidR="007238E9" w:rsidRPr="000819ED" w:rsidRDefault="007238E9">
      <w:pPr>
        <w:jc w:val="center"/>
        <w:rPr>
          <w:rFonts w:ascii="Times New Roman" w:hAnsi="Times New Roman" w:cs="Times New Roman"/>
          <w:lang w:val="it-IT"/>
        </w:rPr>
      </w:pPr>
    </w:p>
    <w:p w14:paraId="0FE066CC" w14:textId="77777777" w:rsidR="007238E9" w:rsidRPr="00474B09" w:rsidRDefault="00000000" w:rsidP="00474B09">
      <w:pPr>
        <w:spacing w:after="0"/>
        <w:ind w:left="5040"/>
        <w:rPr>
          <w:rFonts w:ascii="Times New Roman" w:hAnsi="Times New Roman" w:cs="Times New Roman"/>
          <w:b/>
          <w:bCs/>
          <w:lang w:val="it-IT"/>
        </w:rPr>
      </w:pPr>
      <w:r w:rsidRPr="00474B09">
        <w:rPr>
          <w:rFonts w:ascii="Times New Roman" w:hAnsi="Times New Roman" w:cs="Times New Roman"/>
          <w:b/>
          <w:bCs/>
          <w:lang w:val="it-IT"/>
        </w:rPr>
        <w:t>Al Comune di Enego</w:t>
      </w:r>
    </w:p>
    <w:p w14:paraId="549336C4" w14:textId="7A432C99" w:rsidR="00474B09" w:rsidRDefault="00474B09" w:rsidP="00474B09">
      <w:pPr>
        <w:spacing w:after="0"/>
        <w:ind w:left="5040"/>
        <w:rPr>
          <w:rFonts w:ascii="Times New Roman" w:hAnsi="Times New Roman" w:cs="Times New Roman"/>
          <w:lang w:val="it-IT"/>
        </w:rPr>
      </w:pPr>
      <w:r>
        <w:rPr>
          <w:rFonts w:ascii="Times New Roman" w:hAnsi="Times New Roman" w:cs="Times New Roman"/>
          <w:lang w:val="it-IT"/>
        </w:rPr>
        <w:t>Piazza San Marco, 01</w:t>
      </w:r>
    </w:p>
    <w:p w14:paraId="33247DDC" w14:textId="191D86F5" w:rsidR="00474B09" w:rsidRPr="000819ED" w:rsidRDefault="00474B09" w:rsidP="00474B09">
      <w:pPr>
        <w:spacing w:after="0"/>
        <w:ind w:left="5040"/>
        <w:rPr>
          <w:rFonts w:ascii="Times New Roman" w:hAnsi="Times New Roman" w:cs="Times New Roman"/>
          <w:lang w:val="it-IT"/>
        </w:rPr>
      </w:pPr>
      <w:r>
        <w:rPr>
          <w:rFonts w:ascii="Times New Roman" w:hAnsi="Times New Roman" w:cs="Times New Roman"/>
          <w:lang w:val="it-IT"/>
        </w:rPr>
        <w:t>Enego (VI) 36052</w:t>
      </w:r>
    </w:p>
    <w:p w14:paraId="5A9A5ED1" w14:textId="02AE1352" w:rsidR="007238E9" w:rsidRDefault="00000000" w:rsidP="00474B09">
      <w:pPr>
        <w:spacing w:after="0"/>
        <w:ind w:left="5040"/>
        <w:rPr>
          <w:rFonts w:ascii="Times New Roman" w:hAnsi="Times New Roman" w:cs="Times New Roman"/>
          <w:lang w:val="it-IT"/>
        </w:rPr>
      </w:pPr>
      <w:r w:rsidRPr="000819ED">
        <w:rPr>
          <w:rFonts w:ascii="Times New Roman" w:hAnsi="Times New Roman" w:cs="Times New Roman"/>
          <w:lang w:val="it-IT"/>
        </w:rPr>
        <w:t>Area Tecnico-Manutentiva</w:t>
      </w:r>
      <w:r w:rsidR="007238E9" w:rsidRPr="000819ED">
        <w:rPr>
          <w:rFonts w:ascii="Times New Roman" w:hAnsi="Times New Roman" w:cs="Times New Roman"/>
          <w:lang w:val="it-IT"/>
        </w:rPr>
        <w:t>-Edilizia Privata</w:t>
      </w:r>
    </w:p>
    <w:p w14:paraId="75726A9B" w14:textId="77777777" w:rsidR="00474B09" w:rsidRPr="000819ED" w:rsidRDefault="00474B09" w:rsidP="00474B09">
      <w:pPr>
        <w:spacing w:after="0"/>
        <w:ind w:left="5040"/>
        <w:rPr>
          <w:rFonts w:ascii="Times New Roman" w:hAnsi="Times New Roman" w:cs="Times New Roman"/>
          <w:lang w:val="it-IT"/>
        </w:rPr>
      </w:pPr>
    </w:p>
    <w:p w14:paraId="2410ECBF" w14:textId="60359BC3" w:rsidR="00645757" w:rsidRDefault="00000000">
      <w:pPr>
        <w:rPr>
          <w:rFonts w:ascii="Times New Roman" w:hAnsi="Times New Roman" w:cs="Times New Roman"/>
          <w:lang w:val="it-IT"/>
        </w:rPr>
      </w:pPr>
      <w:r w:rsidRPr="000819ED">
        <w:rPr>
          <w:rFonts w:ascii="Times New Roman" w:hAnsi="Times New Roman" w:cs="Times New Roman"/>
          <w:lang w:val="it-IT"/>
        </w:rPr>
        <w:t>Da trasmettere entro il 07 dicembre 2026 al protocollo comunale:</w:t>
      </w:r>
      <w:r w:rsidRPr="000819ED">
        <w:rPr>
          <w:rFonts w:ascii="Times New Roman" w:hAnsi="Times New Roman" w:cs="Times New Roman"/>
          <w:lang w:val="it-IT"/>
        </w:rPr>
        <w:br/>
        <w:t xml:space="preserve">e-mail: info@comune.enego.vi.it • PEC: </w:t>
      </w:r>
      <w:hyperlink r:id="rId8" w:history="1">
        <w:r w:rsidR="00474B09" w:rsidRPr="008912BC">
          <w:rPr>
            <w:rStyle w:val="Collegamentoipertestuale"/>
            <w:rFonts w:ascii="Times New Roman" w:hAnsi="Times New Roman" w:cs="Times New Roman"/>
            <w:lang w:val="it-IT"/>
          </w:rPr>
          <w:t>enego.vi@cert.ip-veneto.net</w:t>
        </w:r>
      </w:hyperlink>
    </w:p>
    <w:p w14:paraId="0739F700" w14:textId="77777777" w:rsidR="00474B09" w:rsidRDefault="00474B09">
      <w:pPr>
        <w:rPr>
          <w:rFonts w:ascii="Times New Roman" w:hAnsi="Times New Roman" w:cs="Times New Roman"/>
          <w:lang w:val="it-IT"/>
        </w:rPr>
      </w:pPr>
    </w:p>
    <w:p w14:paraId="70D60EDA" w14:textId="77777777" w:rsidR="00474B09" w:rsidRPr="000819ED" w:rsidRDefault="00474B09" w:rsidP="00474B09">
      <w:pPr>
        <w:rPr>
          <w:rFonts w:ascii="Times New Roman" w:hAnsi="Times New Roman" w:cs="Times New Roman"/>
          <w:lang w:val="it-IT"/>
        </w:rPr>
      </w:pPr>
      <w:r>
        <w:rPr>
          <w:rFonts w:ascii="Times New Roman" w:hAnsi="Times New Roman" w:cs="Times New Roman"/>
          <w:b/>
          <w:lang w:val="it-IT"/>
        </w:rPr>
        <w:t xml:space="preserve">Oggetto: </w:t>
      </w:r>
      <w:r w:rsidRPr="000819ED">
        <w:rPr>
          <w:rFonts w:ascii="Times New Roman" w:hAnsi="Times New Roman" w:cs="Times New Roman"/>
          <w:b/>
          <w:lang w:val="it-IT"/>
        </w:rPr>
        <w:t>MANIFESTAZIONE DI INTERESSE</w:t>
      </w:r>
      <w:r>
        <w:rPr>
          <w:rFonts w:ascii="Times New Roman" w:hAnsi="Times New Roman" w:cs="Times New Roman"/>
          <w:b/>
          <w:lang w:val="it-IT"/>
        </w:rPr>
        <w:t xml:space="preserve"> </w:t>
      </w:r>
      <w:r w:rsidRPr="000819ED">
        <w:rPr>
          <w:rFonts w:ascii="Times New Roman" w:hAnsi="Times New Roman" w:cs="Times New Roman"/>
          <w:b/>
          <w:lang w:val="it-IT"/>
        </w:rPr>
        <w:t>PER LA FORMAZIONE DEL PIANO DEGLI INTERVENTI</w:t>
      </w:r>
    </w:p>
    <w:p w14:paraId="7CAF6C2E" w14:textId="77777777" w:rsidR="00474B09" w:rsidRPr="000819ED" w:rsidRDefault="00474B09">
      <w:pPr>
        <w:rPr>
          <w:rFonts w:ascii="Times New Roman" w:hAnsi="Times New Roman" w:cs="Times New Roman"/>
          <w:lang w:val="it-IT"/>
        </w:rPr>
      </w:pPr>
    </w:p>
    <w:p w14:paraId="38572591" w14:textId="77777777" w:rsidR="00645757" w:rsidRPr="000819ED" w:rsidRDefault="00000000">
      <w:pPr>
        <w:pStyle w:val="Titolo2"/>
        <w:rPr>
          <w:rFonts w:ascii="Times New Roman" w:hAnsi="Times New Roman" w:cs="Times New Roman"/>
          <w:lang w:val="it-IT"/>
        </w:rPr>
      </w:pPr>
      <w:r w:rsidRPr="000819ED">
        <w:rPr>
          <w:rFonts w:ascii="Times New Roman" w:hAnsi="Times New Roman" w:cs="Times New Roman"/>
          <w:lang w:val="it-IT"/>
        </w:rPr>
        <w:t>1. DATI DEL PROPONENTE</w:t>
      </w:r>
    </w:p>
    <w:p w14:paraId="0248FEC6"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Nome e cognome __________________________________________________________________</w:t>
      </w:r>
    </w:p>
    <w:p w14:paraId="4562B644"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Luogo e data di nascita ______________________________________________________________</w:t>
      </w:r>
    </w:p>
    <w:p w14:paraId="76F71B5B"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Codice fiscale ____________________________________________________________________</w:t>
      </w:r>
    </w:p>
    <w:p w14:paraId="00E15BF0"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Residenza: Comune ______________________________ Provincia ______ CAP ______________</w:t>
      </w:r>
    </w:p>
    <w:p w14:paraId="6090ACA0"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Via / Piazza __________________________________________________________ n. __________</w:t>
      </w:r>
    </w:p>
    <w:p w14:paraId="293B56EF"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Telefono __________________________ E-mail / PEC ___________________________________</w:t>
      </w:r>
    </w:p>
    <w:p w14:paraId="6482E7D6"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Se la proposta è presentata per un ente, impresa o altro soggetto:</w:t>
      </w:r>
    </w:p>
    <w:p w14:paraId="0D04F4DB"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Denominazione ___________________________________________________________________</w:t>
      </w:r>
    </w:p>
    <w:p w14:paraId="12322F8E"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Sede ____________________________________________________________________________</w:t>
      </w:r>
    </w:p>
    <w:p w14:paraId="2A5724B1"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Codice fiscale / P. IVA __________________________ Qualifica del firmatario __________________</w:t>
      </w:r>
    </w:p>
    <w:p w14:paraId="6C27666D"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Rapporto con l’area o l’immobile (barrare e, se necessario, precisare):</w:t>
      </w:r>
    </w:p>
    <w:p w14:paraId="3E91526B" w14:textId="77777777" w:rsidR="00645757" w:rsidRPr="000819ED" w:rsidRDefault="00000000">
      <w:pPr>
        <w:rPr>
          <w:rFonts w:ascii="Times New Roman" w:hAnsi="Times New Roman" w:cs="Times New Roman"/>
          <w:lang w:val="it-IT"/>
        </w:rPr>
      </w:pPr>
      <w:r w:rsidRPr="000819ED">
        <w:rPr>
          <w:rFonts w:ascii="Segoe UI Symbol" w:hAnsi="Segoe UI Symbol" w:cs="Segoe UI Symbol"/>
          <w:lang w:val="it-IT"/>
        </w:rPr>
        <w:t>☐</w:t>
      </w:r>
      <w:r w:rsidRPr="000819ED">
        <w:rPr>
          <w:rFonts w:ascii="Times New Roman" w:hAnsi="Times New Roman" w:cs="Times New Roman"/>
          <w:lang w:val="it-IT"/>
        </w:rPr>
        <w:t xml:space="preserve"> Proprietario/a  </w:t>
      </w:r>
      <w:r w:rsidRPr="000819ED">
        <w:rPr>
          <w:rFonts w:ascii="Segoe UI Symbol" w:hAnsi="Segoe UI Symbol" w:cs="Segoe UI Symbol"/>
          <w:lang w:val="it-IT"/>
        </w:rPr>
        <w:t>☐</w:t>
      </w:r>
      <w:r w:rsidRPr="000819ED">
        <w:rPr>
          <w:rFonts w:ascii="Times New Roman" w:hAnsi="Times New Roman" w:cs="Times New Roman"/>
          <w:lang w:val="it-IT"/>
        </w:rPr>
        <w:t xml:space="preserve"> Comproprietario/a  </w:t>
      </w:r>
      <w:r w:rsidRPr="000819ED">
        <w:rPr>
          <w:rFonts w:ascii="Segoe UI Symbol" w:hAnsi="Segoe UI Symbol" w:cs="Segoe UI Symbol"/>
          <w:lang w:val="it-IT"/>
        </w:rPr>
        <w:t>☐</w:t>
      </w:r>
      <w:r w:rsidRPr="000819ED">
        <w:rPr>
          <w:rFonts w:ascii="Times New Roman" w:hAnsi="Times New Roman" w:cs="Times New Roman"/>
          <w:lang w:val="it-IT"/>
        </w:rPr>
        <w:t xml:space="preserve"> Legale rappresentante  </w:t>
      </w:r>
      <w:r w:rsidRPr="000819ED">
        <w:rPr>
          <w:rFonts w:ascii="Segoe UI Symbol" w:hAnsi="Segoe UI Symbol" w:cs="Segoe UI Symbol"/>
          <w:lang w:val="it-IT"/>
        </w:rPr>
        <w:t>☐</w:t>
      </w:r>
      <w:r w:rsidRPr="000819ED">
        <w:rPr>
          <w:rFonts w:ascii="Times New Roman" w:hAnsi="Times New Roman" w:cs="Times New Roman"/>
          <w:lang w:val="it-IT"/>
        </w:rPr>
        <w:t xml:space="preserve"> Delegato/a</w:t>
      </w:r>
      <w:r w:rsidRPr="000819ED">
        <w:rPr>
          <w:rFonts w:ascii="Times New Roman" w:hAnsi="Times New Roman" w:cs="Times New Roman"/>
          <w:lang w:val="it-IT"/>
        </w:rPr>
        <w:br/>
      </w:r>
      <w:r w:rsidRPr="000819ED">
        <w:rPr>
          <w:rFonts w:ascii="Segoe UI Symbol" w:hAnsi="Segoe UI Symbol" w:cs="Segoe UI Symbol"/>
          <w:lang w:val="it-IT"/>
        </w:rPr>
        <w:t>☐</w:t>
      </w:r>
      <w:r w:rsidRPr="000819ED">
        <w:rPr>
          <w:rFonts w:ascii="Times New Roman" w:hAnsi="Times New Roman" w:cs="Times New Roman"/>
          <w:lang w:val="it-IT"/>
        </w:rPr>
        <w:t xml:space="preserve"> Altro soggetto interessato: __________________________________________________________</w:t>
      </w:r>
    </w:p>
    <w:p w14:paraId="68139F39" w14:textId="77777777" w:rsidR="00645757" w:rsidRPr="000819ED" w:rsidRDefault="00000000">
      <w:pPr>
        <w:pStyle w:val="Titolo2"/>
        <w:rPr>
          <w:rFonts w:ascii="Times New Roman" w:hAnsi="Times New Roman" w:cs="Times New Roman"/>
          <w:lang w:val="it-IT"/>
        </w:rPr>
      </w:pPr>
      <w:r w:rsidRPr="000819ED">
        <w:rPr>
          <w:rFonts w:ascii="Times New Roman" w:hAnsi="Times New Roman" w:cs="Times New Roman"/>
          <w:lang w:val="it-IT"/>
        </w:rPr>
        <w:t>2. INDIVIDUAZIONE DELL’AREA O DELL’IMMOBILE</w:t>
      </w:r>
    </w:p>
    <w:p w14:paraId="53D02B11"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Località / indirizzo __________________________________________________________________</w:t>
      </w:r>
    </w:p>
    <w:p w14:paraId="74111173"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 xml:space="preserve">Catasto del Comune di Enego (barrare):  </w:t>
      </w:r>
      <w:r w:rsidRPr="000819ED">
        <w:rPr>
          <w:rFonts w:ascii="Segoe UI Symbol" w:hAnsi="Segoe UI Symbol" w:cs="Segoe UI Symbol"/>
          <w:lang w:val="it-IT"/>
        </w:rPr>
        <w:t>☐</w:t>
      </w:r>
      <w:r w:rsidRPr="000819ED">
        <w:rPr>
          <w:rFonts w:ascii="Times New Roman" w:hAnsi="Times New Roman" w:cs="Times New Roman"/>
          <w:lang w:val="it-IT"/>
        </w:rPr>
        <w:t xml:space="preserve"> Terreni  </w:t>
      </w:r>
      <w:r w:rsidRPr="000819ED">
        <w:rPr>
          <w:rFonts w:ascii="Segoe UI Symbol" w:hAnsi="Segoe UI Symbol" w:cs="Segoe UI Symbol"/>
          <w:lang w:val="it-IT"/>
        </w:rPr>
        <w:t>☐</w:t>
      </w:r>
      <w:r w:rsidRPr="000819ED">
        <w:rPr>
          <w:rFonts w:ascii="Times New Roman" w:hAnsi="Times New Roman" w:cs="Times New Roman"/>
          <w:lang w:val="it-IT"/>
        </w:rPr>
        <w:t xml:space="preserve"> Fabbricati  </w:t>
      </w:r>
      <w:r w:rsidRPr="000819ED">
        <w:rPr>
          <w:rFonts w:ascii="Segoe UI Symbol" w:hAnsi="Segoe UI Symbol" w:cs="Segoe UI Symbol"/>
          <w:lang w:val="it-IT"/>
        </w:rPr>
        <w:t>☐</w:t>
      </w:r>
      <w:r w:rsidRPr="000819ED">
        <w:rPr>
          <w:rFonts w:ascii="Times New Roman" w:hAnsi="Times New Roman" w:cs="Times New Roman"/>
          <w:lang w:val="it-IT"/>
        </w:rPr>
        <w:t xml:space="preserve"> Entrambi</w:t>
      </w:r>
    </w:p>
    <w:tbl>
      <w:tblPr>
        <w:tblStyle w:val="Grigliatabella"/>
        <w:tblW w:w="0" w:type="auto"/>
        <w:tblLook w:val="04A0" w:firstRow="1" w:lastRow="0" w:firstColumn="1" w:lastColumn="0" w:noHBand="0" w:noVBand="1"/>
      </w:tblPr>
      <w:tblGrid>
        <w:gridCol w:w="2493"/>
        <w:gridCol w:w="2493"/>
        <w:gridCol w:w="2493"/>
        <w:gridCol w:w="2493"/>
      </w:tblGrid>
      <w:tr w:rsidR="00645757" w:rsidRPr="000819ED" w14:paraId="2FD3EC2E" w14:textId="77777777">
        <w:tc>
          <w:tcPr>
            <w:tcW w:w="2493" w:type="dxa"/>
          </w:tcPr>
          <w:p w14:paraId="4DD766A8" w14:textId="77777777" w:rsidR="00645757" w:rsidRPr="000819ED" w:rsidRDefault="00000000">
            <w:pPr>
              <w:rPr>
                <w:rFonts w:ascii="Times New Roman" w:hAnsi="Times New Roman" w:cs="Times New Roman"/>
              </w:rPr>
            </w:pPr>
            <w:r w:rsidRPr="000819ED">
              <w:rPr>
                <w:rFonts w:ascii="Times New Roman" w:hAnsi="Times New Roman" w:cs="Times New Roman"/>
              </w:rPr>
              <w:t>Foglio</w:t>
            </w:r>
          </w:p>
        </w:tc>
        <w:tc>
          <w:tcPr>
            <w:tcW w:w="2493" w:type="dxa"/>
          </w:tcPr>
          <w:p w14:paraId="5B8A1ADD" w14:textId="77777777" w:rsidR="00645757" w:rsidRPr="000819ED" w:rsidRDefault="00000000">
            <w:pPr>
              <w:rPr>
                <w:rFonts w:ascii="Times New Roman" w:hAnsi="Times New Roman" w:cs="Times New Roman"/>
              </w:rPr>
            </w:pPr>
            <w:r w:rsidRPr="000819ED">
              <w:rPr>
                <w:rFonts w:ascii="Times New Roman" w:hAnsi="Times New Roman" w:cs="Times New Roman"/>
              </w:rPr>
              <w:t>Particella / mappale</w:t>
            </w:r>
          </w:p>
        </w:tc>
        <w:tc>
          <w:tcPr>
            <w:tcW w:w="2493" w:type="dxa"/>
          </w:tcPr>
          <w:p w14:paraId="5C357656" w14:textId="77777777" w:rsidR="00645757" w:rsidRPr="000819ED" w:rsidRDefault="00000000">
            <w:pPr>
              <w:rPr>
                <w:rFonts w:ascii="Times New Roman" w:hAnsi="Times New Roman" w:cs="Times New Roman"/>
              </w:rPr>
            </w:pPr>
            <w:r w:rsidRPr="000819ED">
              <w:rPr>
                <w:rFonts w:ascii="Times New Roman" w:hAnsi="Times New Roman" w:cs="Times New Roman"/>
              </w:rPr>
              <w:t>Subalterno (se presente)</w:t>
            </w:r>
          </w:p>
        </w:tc>
        <w:tc>
          <w:tcPr>
            <w:tcW w:w="2493" w:type="dxa"/>
          </w:tcPr>
          <w:p w14:paraId="0A09AA38" w14:textId="77777777" w:rsidR="00645757" w:rsidRPr="000819ED" w:rsidRDefault="00000000">
            <w:pPr>
              <w:rPr>
                <w:rFonts w:ascii="Times New Roman" w:hAnsi="Times New Roman" w:cs="Times New Roman"/>
              </w:rPr>
            </w:pPr>
            <w:r w:rsidRPr="000819ED">
              <w:rPr>
                <w:rFonts w:ascii="Times New Roman" w:hAnsi="Times New Roman" w:cs="Times New Roman"/>
              </w:rPr>
              <w:t>Note</w:t>
            </w:r>
          </w:p>
        </w:tc>
      </w:tr>
      <w:tr w:rsidR="00645757" w:rsidRPr="000819ED" w14:paraId="3D9C9026" w14:textId="77777777">
        <w:tc>
          <w:tcPr>
            <w:tcW w:w="2493" w:type="dxa"/>
          </w:tcPr>
          <w:p w14:paraId="70185F46" w14:textId="77777777" w:rsidR="00645757" w:rsidRPr="000819ED" w:rsidRDefault="00645757">
            <w:pPr>
              <w:rPr>
                <w:rFonts w:ascii="Times New Roman" w:hAnsi="Times New Roman" w:cs="Times New Roman"/>
              </w:rPr>
            </w:pPr>
          </w:p>
        </w:tc>
        <w:tc>
          <w:tcPr>
            <w:tcW w:w="2493" w:type="dxa"/>
          </w:tcPr>
          <w:p w14:paraId="720BF3F7" w14:textId="77777777" w:rsidR="00645757" w:rsidRPr="000819ED" w:rsidRDefault="00645757">
            <w:pPr>
              <w:rPr>
                <w:rFonts w:ascii="Times New Roman" w:hAnsi="Times New Roman" w:cs="Times New Roman"/>
              </w:rPr>
            </w:pPr>
          </w:p>
        </w:tc>
        <w:tc>
          <w:tcPr>
            <w:tcW w:w="2493" w:type="dxa"/>
          </w:tcPr>
          <w:p w14:paraId="4F9B4E87" w14:textId="77777777" w:rsidR="00645757" w:rsidRPr="000819ED" w:rsidRDefault="00645757">
            <w:pPr>
              <w:rPr>
                <w:rFonts w:ascii="Times New Roman" w:hAnsi="Times New Roman" w:cs="Times New Roman"/>
              </w:rPr>
            </w:pPr>
          </w:p>
        </w:tc>
        <w:tc>
          <w:tcPr>
            <w:tcW w:w="2493" w:type="dxa"/>
          </w:tcPr>
          <w:p w14:paraId="14207E5E" w14:textId="77777777" w:rsidR="00645757" w:rsidRPr="000819ED" w:rsidRDefault="00645757">
            <w:pPr>
              <w:rPr>
                <w:rFonts w:ascii="Times New Roman" w:hAnsi="Times New Roman" w:cs="Times New Roman"/>
              </w:rPr>
            </w:pPr>
          </w:p>
        </w:tc>
      </w:tr>
      <w:tr w:rsidR="00645757" w:rsidRPr="000819ED" w14:paraId="1A52407A" w14:textId="77777777">
        <w:tc>
          <w:tcPr>
            <w:tcW w:w="2493" w:type="dxa"/>
          </w:tcPr>
          <w:p w14:paraId="3A52DDE4" w14:textId="77777777" w:rsidR="00645757" w:rsidRPr="000819ED" w:rsidRDefault="00645757">
            <w:pPr>
              <w:rPr>
                <w:rFonts w:ascii="Times New Roman" w:hAnsi="Times New Roman" w:cs="Times New Roman"/>
              </w:rPr>
            </w:pPr>
          </w:p>
        </w:tc>
        <w:tc>
          <w:tcPr>
            <w:tcW w:w="2493" w:type="dxa"/>
          </w:tcPr>
          <w:p w14:paraId="181756BC" w14:textId="77777777" w:rsidR="00645757" w:rsidRPr="000819ED" w:rsidRDefault="00645757">
            <w:pPr>
              <w:rPr>
                <w:rFonts w:ascii="Times New Roman" w:hAnsi="Times New Roman" w:cs="Times New Roman"/>
              </w:rPr>
            </w:pPr>
          </w:p>
        </w:tc>
        <w:tc>
          <w:tcPr>
            <w:tcW w:w="2493" w:type="dxa"/>
          </w:tcPr>
          <w:p w14:paraId="52673B25" w14:textId="77777777" w:rsidR="00645757" w:rsidRPr="000819ED" w:rsidRDefault="00645757">
            <w:pPr>
              <w:rPr>
                <w:rFonts w:ascii="Times New Roman" w:hAnsi="Times New Roman" w:cs="Times New Roman"/>
              </w:rPr>
            </w:pPr>
          </w:p>
        </w:tc>
        <w:tc>
          <w:tcPr>
            <w:tcW w:w="2493" w:type="dxa"/>
          </w:tcPr>
          <w:p w14:paraId="5D54D3E8" w14:textId="77777777" w:rsidR="00645757" w:rsidRPr="000819ED" w:rsidRDefault="00645757">
            <w:pPr>
              <w:rPr>
                <w:rFonts w:ascii="Times New Roman" w:hAnsi="Times New Roman" w:cs="Times New Roman"/>
              </w:rPr>
            </w:pPr>
          </w:p>
        </w:tc>
      </w:tr>
      <w:tr w:rsidR="00645757" w:rsidRPr="000819ED" w14:paraId="77968280" w14:textId="77777777">
        <w:tc>
          <w:tcPr>
            <w:tcW w:w="2493" w:type="dxa"/>
          </w:tcPr>
          <w:p w14:paraId="60804FF3" w14:textId="77777777" w:rsidR="00645757" w:rsidRPr="000819ED" w:rsidRDefault="00645757">
            <w:pPr>
              <w:rPr>
                <w:rFonts w:ascii="Times New Roman" w:hAnsi="Times New Roman" w:cs="Times New Roman"/>
              </w:rPr>
            </w:pPr>
          </w:p>
        </w:tc>
        <w:tc>
          <w:tcPr>
            <w:tcW w:w="2493" w:type="dxa"/>
          </w:tcPr>
          <w:p w14:paraId="35880FFE" w14:textId="77777777" w:rsidR="00645757" w:rsidRPr="000819ED" w:rsidRDefault="00645757">
            <w:pPr>
              <w:rPr>
                <w:rFonts w:ascii="Times New Roman" w:hAnsi="Times New Roman" w:cs="Times New Roman"/>
              </w:rPr>
            </w:pPr>
          </w:p>
        </w:tc>
        <w:tc>
          <w:tcPr>
            <w:tcW w:w="2493" w:type="dxa"/>
          </w:tcPr>
          <w:p w14:paraId="3FDA60A2" w14:textId="77777777" w:rsidR="00645757" w:rsidRPr="000819ED" w:rsidRDefault="00645757">
            <w:pPr>
              <w:rPr>
                <w:rFonts w:ascii="Times New Roman" w:hAnsi="Times New Roman" w:cs="Times New Roman"/>
              </w:rPr>
            </w:pPr>
          </w:p>
        </w:tc>
        <w:tc>
          <w:tcPr>
            <w:tcW w:w="2493" w:type="dxa"/>
          </w:tcPr>
          <w:p w14:paraId="37BA0D21" w14:textId="77777777" w:rsidR="00645757" w:rsidRPr="000819ED" w:rsidRDefault="00645757">
            <w:pPr>
              <w:rPr>
                <w:rFonts w:ascii="Times New Roman" w:hAnsi="Times New Roman" w:cs="Times New Roman"/>
              </w:rPr>
            </w:pPr>
          </w:p>
        </w:tc>
      </w:tr>
    </w:tbl>
    <w:p w14:paraId="4486E255" w14:textId="77777777" w:rsidR="007238E9" w:rsidRPr="000819ED" w:rsidRDefault="007238E9">
      <w:pPr>
        <w:rPr>
          <w:rFonts w:ascii="Times New Roman" w:hAnsi="Times New Roman" w:cs="Times New Roman"/>
          <w:lang w:val="it-IT"/>
        </w:rPr>
      </w:pPr>
    </w:p>
    <w:p w14:paraId="64196EB2" w14:textId="6CDBBA4C" w:rsidR="00645757" w:rsidRPr="000819ED" w:rsidRDefault="00000000">
      <w:pPr>
        <w:rPr>
          <w:rFonts w:ascii="Times New Roman" w:hAnsi="Times New Roman" w:cs="Times New Roman"/>
          <w:lang w:val="it-IT"/>
        </w:rPr>
      </w:pPr>
      <w:r w:rsidRPr="000819ED">
        <w:rPr>
          <w:rFonts w:ascii="Times New Roman" w:hAnsi="Times New Roman" w:cs="Times New Roman"/>
          <w:lang w:val="it-IT"/>
        </w:rPr>
        <w:t>Per ulteriori particelle allegare un elenco. Evidenziare l’ambito nell’estratto cartografico.</w:t>
      </w:r>
    </w:p>
    <w:p w14:paraId="3EB888CB"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Uso attuale dell’area / immobile _______________________________________________________</w:t>
      </w:r>
    </w:p>
    <w:p w14:paraId="48649D53"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Destinazione urbanistica vigente, se conosciuta __________________________________________</w:t>
      </w:r>
    </w:p>
    <w:p w14:paraId="56F4613A"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br w:type="page"/>
      </w:r>
    </w:p>
    <w:p w14:paraId="7842D35F" w14:textId="77777777" w:rsidR="00645757" w:rsidRPr="000819ED" w:rsidRDefault="00000000">
      <w:pPr>
        <w:pStyle w:val="Titolo2"/>
        <w:rPr>
          <w:rFonts w:ascii="Times New Roman" w:hAnsi="Times New Roman" w:cs="Times New Roman"/>
          <w:lang w:val="it-IT"/>
        </w:rPr>
      </w:pPr>
      <w:r w:rsidRPr="000819ED">
        <w:rPr>
          <w:rFonts w:ascii="Times New Roman" w:hAnsi="Times New Roman" w:cs="Times New Roman"/>
          <w:lang w:val="it-IT"/>
        </w:rPr>
        <w:lastRenderedPageBreak/>
        <w:t>3. OGGETTO DELLA PROPOSTA</w:t>
      </w:r>
    </w:p>
    <w:p w14:paraId="36B3D388"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Barrare una o più voci:</w:t>
      </w:r>
    </w:p>
    <w:p w14:paraId="2BC6D12A" w14:textId="77777777" w:rsidR="00645757" w:rsidRPr="000819ED" w:rsidRDefault="00000000">
      <w:pPr>
        <w:rPr>
          <w:rFonts w:ascii="Times New Roman" w:hAnsi="Times New Roman" w:cs="Times New Roman"/>
          <w:lang w:val="it-IT"/>
        </w:rPr>
      </w:pPr>
      <w:r w:rsidRPr="000819ED">
        <w:rPr>
          <w:rFonts w:ascii="Segoe UI Symbol" w:hAnsi="Segoe UI Symbol" w:cs="Segoe UI Symbol"/>
          <w:lang w:val="it-IT"/>
        </w:rPr>
        <w:t>☐</w:t>
      </w:r>
      <w:r w:rsidRPr="000819ED">
        <w:rPr>
          <w:rFonts w:ascii="Times New Roman" w:hAnsi="Times New Roman" w:cs="Times New Roman"/>
          <w:lang w:val="it-IT"/>
        </w:rPr>
        <w:t xml:space="preserve"> Modifica della destinazione urbanistica di aree o immobili</w:t>
      </w:r>
      <w:r w:rsidRPr="000819ED">
        <w:rPr>
          <w:rFonts w:ascii="Times New Roman" w:hAnsi="Times New Roman" w:cs="Times New Roman"/>
          <w:lang w:val="it-IT"/>
        </w:rPr>
        <w:br/>
      </w:r>
      <w:r w:rsidRPr="000819ED">
        <w:rPr>
          <w:rFonts w:ascii="Segoe UI Symbol" w:hAnsi="Segoe UI Symbol" w:cs="Segoe UI Symbol"/>
          <w:lang w:val="it-IT"/>
        </w:rPr>
        <w:t>☐</w:t>
      </w:r>
      <w:r w:rsidRPr="000819ED">
        <w:rPr>
          <w:rFonts w:ascii="Times New Roman" w:hAnsi="Times New Roman" w:cs="Times New Roman"/>
          <w:lang w:val="it-IT"/>
        </w:rPr>
        <w:t xml:space="preserve"> Recupero, ampliamento, riuso o riconversione di edifici esistenti</w:t>
      </w:r>
      <w:r w:rsidRPr="000819ED">
        <w:rPr>
          <w:rFonts w:ascii="Times New Roman" w:hAnsi="Times New Roman" w:cs="Times New Roman"/>
          <w:lang w:val="it-IT"/>
        </w:rPr>
        <w:br/>
      </w:r>
      <w:r w:rsidRPr="000819ED">
        <w:rPr>
          <w:rFonts w:ascii="Segoe UI Symbol" w:hAnsi="Segoe UI Symbol" w:cs="Segoe UI Symbol"/>
          <w:lang w:val="it-IT"/>
        </w:rPr>
        <w:t>☐</w:t>
      </w:r>
      <w:r w:rsidRPr="000819ED">
        <w:rPr>
          <w:rFonts w:ascii="Times New Roman" w:hAnsi="Times New Roman" w:cs="Times New Roman"/>
          <w:lang w:val="it-IT"/>
        </w:rPr>
        <w:t xml:space="preserve"> Esigenze residenziali, produttive, commerciali, turistico-ricettive o di servizio</w:t>
      </w:r>
      <w:r w:rsidRPr="000819ED">
        <w:rPr>
          <w:rFonts w:ascii="Times New Roman" w:hAnsi="Times New Roman" w:cs="Times New Roman"/>
          <w:lang w:val="it-IT"/>
        </w:rPr>
        <w:br/>
      </w:r>
      <w:r w:rsidRPr="000819ED">
        <w:rPr>
          <w:rFonts w:ascii="Segoe UI Symbol" w:hAnsi="Segoe UI Symbol" w:cs="Segoe UI Symbol"/>
          <w:lang w:val="it-IT"/>
        </w:rPr>
        <w:t>☐</w:t>
      </w:r>
      <w:r w:rsidRPr="000819ED">
        <w:rPr>
          <w:rFonts w:ascii="Times New Roman" w:hAnsi="Times New Roman" w:cs="Times New Roman"/>
          <w:lang w:val="it-IT"/>
        </w:rPr>
        <w:t xml:space="preserve"> Riqualificazione di aree degradate o sottoutilizzate</w:t>
      </w:r>
      <w:r w:rsidRPr="000819ED">
        <w:rPr>
          <w:rFonts w:ascii="Times New Roman" w:hAnsi="Times New Roman" w:cs="Times New Roman"/>
          <w:lang w:val="it-IT"/>
        </w:rPr>
        <w:br/>
      </w:r>
      <w:r w:rsidRPr="000819ED">
        <w:rPr>
          <w:rFonts w:ascii="Segoe UI Symbol" w:hAnsi="Segoe UI Symbol" w:cs="Segoe UI Symbol"/>
          <w:lang w:val="it-IT"/>
        </w:rPr>
        <w:t>☐</w:t>
      </w:r>
      <w:r w:rsidRPr="000819ED">
        <w:rPr>
          <w:rFonts w:ascii="Times New Roman" w:hAnsi="Times New Roman" w:cs="Times New Roman"/>
          <w:lang w:val="it-IT"/>
        </w:rPr>
        <w:t xml:space="preserve"> Riduzione o eliminazione delle capacità edificatorie esistenti</w:t>
      </w:r>
      <w:r w:rsidRPr="000819ED">
        <w:rPr>
          <w:rFonts w:ascii="Times New Roman" w:hAnsi="Times New Roman" w:cs="Times New Roman"/>
          <w:lang w:val="it-IT"/>
        </w:rPr>
        <w:br/>
      </w:r>
      <w:r w:rsidRPr="000819ED">
        <w:rPr>
          <w:rFonts w:ascii="Segoe UI Symbol" w:hAnsi="Segoe UI Symbol" w:cs="Segoe UI Symbol"/>
          <w:lang w:val="it-IT"/>
        </w:rPr>
        <w:t>☐</w:t>
      </w:r>
      <w:r w:rsidRPr="000819ED">
        <w:rPr>
          <w:rFonts w:ascii="Times New Roman" w:hAnsi="Times New Roman" w:cs="Times New Roman"/>
          <w:lang w:val="it-IT"/>
        </w:rPr>
        <w:t xml:space="preserve"> Altra modifica puntuale alla disciplina urbanistica vigente</w:t>
      </w:r>
    </w:p>
    <w:p w14:paraId="0552FA0C"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Descrizione della richiesta e delle relative motivazioni (indicare quale modifica si propone e per quale esigenza):</w:t>
      </w:r>
    </w:p>
    <w:p w14:paraId="5B4F6444"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________________________________________________________________________________</w:t>
      </w:r>
    </w:p>
    <w:p w14:paraId="0FC6709A"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________________________________________________________________________________</w:t>
      </w:r>
    </w:p>
    <w:p w14:paraId="4ADA8D00"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________________________________________________________________________________</w:t>
      </w:r>
    </w:p>
    <w:p w14:paraId="3D6016A9"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________________________________________________________________________________</w:t>
      </w:r>
    </w:p>
    <w:p w14:paraId="2A522D2F"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________________________________________________________________________________</w:t>
      </w:r>
    </w:p>
    <w:p w14:paraId="2D9C2B1C"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________________________________________________________________________________</w:t>
      </w:r>
    </w:p>
    <w:p w14:paraId="5B2E8C24"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Eventuali dimensioni, superfici, volumi o altri elementi utili a comprendere la proposta, se disponibili:</w:t>
      </w:r>
    </w:p>
    <w:p w14:paraId="23C3190C"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________________________________________________________________________________</w:t>
      </w:r>
    </w:p>
    <w:p w14:paraId="0EA49E48"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________________________________________________________________________________</w:t>
      </w:r>
    </w:p>
    <w:p w14:paraId="5C58D71E" w14:textId="77777777" w:rsidR="00645757" w:rsidRPr="000819ED" w:rsidRDefault="00000000">
      <w:pPr>
        <w:pStyle w:val="Titolo2"/>
        <w:rPr>
          <w:rFonts w:ascii="Times New Roman" w:hAnsi="Times New Roman" w:cs="Times New Roman"/>
          <w:lang w:val="it-IT"/>
        </w:rPr>
      </w:pPr>
      <w:r w:rsidRPr="000819ED">
        <w:rPr>
          <w:rFonts w:ascii="Times New Roman" w:hAnsi="Times New Roman" w:cs="Times New Roman"/>
          <w:lang w:val="it-IT"/>
        </w:rPr>
        <w:t>4. ALLEGATI</w:t>
      </w:r>
    </w:p>
    <w:p w14:paraId="5741851F" w14:textId="77777777" w:rsidR="00645757" w:rsidRPr="000819ED" w:rsidRDefault="00000000">
      <w:pPr>
        <w:rPr>
          <w:rFonts w:ascii="Times New Roman" w:hAnsi="Times New Roman" w:cs="Times New Roman"/>
          <w:lang w:val="it-IT"/>
        </w:rPr>
      </w:pPr>
      <w:r w:rsidRPr="000819ED">
        <w:rPr>
          <w:rFonts w:ascii="Segoe UI Symbol" w:hAnsi="Segoe UI Symbol" w:cs="Segoe UI Symbol"/>
          <w:lang w:val="it-IT"/>
        </w:rPr>
        <w:t>☐</w:t>
      </w:r>
      <w:r w:rsidRPr="000819ED">
        <w:rPr>
          <w:rFonts w:ascii="Times New Roman" w:hAnsi="Times New Roman" w:cs="Times New Roman"/>
          <w:lang w:val="it-IT"/>
        </w:rPr>
        <w:t xml:space="preserve"> Estratto cartografico con individuazione dell’area o dell’immobile interessato (richiesto dall’avviso).</w:t>
      </w:r>
    </w:p>
    <w:p w14:paraId="079CCD55"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Eventuali ulteriori allegati (facoltativi, ove pertinenti):</w:t>
      </w:r>
      <w:r w:rsidRPr="000819ED">
        <w:rPr>
          <w:rFonts w:ascii="Times New Roman" w:hAnsi="Times New Roman" w:cs="Times New Roman"/>
          <w:lang w:val="it-IT"/>
        </w:rPr>
        <w:br/>
      </w:r>
      <w:r w:rsidRPr="000819ED">
        <w:rPr>
          <w:rFonts w:ascii="Segoe UI Symbol" w:hAnsi="Segoe UI Symbol" w:cs="Segoe UI Symbol"/>
          <w:lang w:val="it-IT"/>
        </w:rPr>
        <w:t>☐</w:t>
      </w:r>
      <w:r w:rsidRPr="000819ED">
        <w:rPr>
          <w:rFonts w:ascii="Times New Roman" w:hAnsi="Times New Roman" w:cs="Times New Roman"/>
          <w:lang w:val="it-IT"/>
        </w:rPr>
        <w:t xml:space="preserve"> Relazione descrittiva integrativa</w:t>
      </w:r>
      <w:r w:rsidRPr="000819ED">
        <w:rPr>
          <w:rFonts w:ascii="Times New Roman" w:hAnsi="Times New Roman" w:cs="Times New Roman"/>
          <w:lang w:val="it-IT"/>
        </w:rPr>
        <w:br/>
      </w:r>
      <w:r w:rsidRPr="000819ED">
        <w:rPr>
          <w:rFonts w:ascii="Segoe UI Symbol" w:hAnsi="Segoe UI Symbol" w:cs="Segoe UI Symbol"/>
          <w:lang w:val="it-IT"/>
        </w:rPr>
        <w:t>☐</w:t>
      </w:r>
      <w:r w:rsidRPr="000819ED">
        <w:rPr>
          <w:rFonts w:ascii="Times New Roman" w:hAnsi="Times New Roman" w:cs="Times New Roman"/>
          <w:lang w:val="it-IT"/>
        </w:rPr>
        <w:t xml:space="preserve"> Documentazione fotografica</w:t>
      </w:r>
      <w:r w:rsidRPr="000819ED">
        <w:rPr>
          <w:rFonts w:ascii="Times New Roman" w:hAnsi="Times New Roman" w:cs="Times New Roman"/>
          <w:lang w:val="it-IT"/>
        </w:rPr>
        <w:br/>
      </w:r>
      <w:r w:rsidRPr="000819ED">
        <w:rPr>
          <w:rFonts w:ascii="Segoe UI Symbol" w:hAnsi="Segoe UI Symbol" w:cs="Segoe UI Symbol"/>
          <w:lang w:val="it-IT"/>
        </w:rPr>
        <w:t>☐</w:t>
      </w:r>
      <w:r w:rsidRPr="000819ED">
        <w:rPr>
          <w:rFonts w:ascii="Times New Roman" w:hAnsi="Times New Roman" w:cs="Times New Roman"/>
          <w:lang w:val="it-IT"/>
        </w:rPr>
        <w:t xml:space="preserve"> Schemi o elaborati grafici esplicativi</w:t>
      </w:r>
      <w:r w:rsidRPr="000819ED">
        <w:rPr>
          <w:rFonts w:ascii="Times New Roman" w:hAnsi="Times New Roman" w:cs="Times New Roman"/>
          <w:lang w:val="it-IT"/>
        </w:rPr>
        <w:br/>
      </w:r>
      <w:r w:rsidRPr="000819ED">
        <w:rPr>
          <w:rFonts w:ascii="Segoe UI Symbol" w:hAnsi="Segoe UI Symbol" w:cs="Segoe UI Symbol"/>
          <w:lang w:val="it-IT"/>
        </w:rPr>
        <w:t>☐</w:t>
      </w:r>
      <w:r w:rsidRPr="000819ED">
        <w:rPr>
          <w:rFonts w:ascii="Times New Roman" w:hAnsi="Times New Roman" w:cs="Times New Roman"/>
          <w:lang w:val="it-IT"/>
        </w:rPr>
        <w:t xml:space="preserve"> Elenco di ulteriori particelle catastali</w:t>
      </w:r>
      <w:r w:rsidRPr="000819ED">
        <w:rPr>
          <w:rFonts w:ascii="Times New Roman" w:hAnsi="Times New Roman" w:cs="Times New Roman"/>
          <w:lang w:val="it-IT"/>
        </w:rPr>
        <w:br/>
      </w:r>
      <w:r w:rsidRPr="000819ED">
        <w:rPr>
          <w:rFonts w:ascii="Segoe UI Symbol" w:hAnsi="Segoe UI Symbol" w:cs="Segoe UI Symbol"/>
          <w:lang w:val="it-IT"/>
        </w:rPr>
        <w:t>☐</w:t>
      </w:r>
      <w:r w:rsidRPr="000819ED">
        <w:rPr>
          <w:rFonts w:ascii="Times New Roman" w:hAnsi="Times New Roman" w:cs="Times New Roman"/>
          <w:lang w:val="it-IT"/>
        </w:rPr>
        <w:t xml:space="preserve"> Delega, se la proposta è sottoscritta da un soggetto delegato</w:t>
      </w:r>
      <w:r w:rsidRPr="000819ED">
        <w:rPr>
          <w:rFonts w:ascii="Times New Roman" w:hAnsi="Times New Roman" w:cs="Times New Roman"/>
          <w:lang w:val="it-IT"/>
        </w:rPr>
        <w:br/>
      </w:r>
      <w:r w:rsidRPr="000819ED">
        <w:rPr>
          <w:rFonts w:ascii="Segoe UI Symbol" w:hAnsi="Segoe UI Symbol" w:cs="Segoe UI Symbol"/>
          <w:lang w:val="it-IT"/>
        </w:rPr>
        <w:t>☐</w:t>
      </w:r>
      <w:r w:rsidRPr="000819ED">
        <w:rPr>
          <w:rFonts w:ascii="Times New Roman" w:hAnsi="Times New Roman" w:cs="Times New Roman"/>
          <w:lang w:val="it-IT"/>
        </w:rPr>
        <w:t xml:space="preserve"> Altro: __________________________________________________________________________</w:t>
      </w:r>
    </w:p>
    <w:p w14:paraId="257DEBE7" w14:textId="77777777" w:rsidR="00645757" w:rsidRPr="000819ED" w:rsidRDefault="00000000">
      <w:pPr>
        <w:pStyle w:val="Titolo2"/>
        <w:rPr>
          <w:rFonts w:ascii="Times New Roman" w:hAnsi="Times New Roman" w:cs="Times New Roman"/>
          <w:lang w:val="it-IT"/>
        </w:rPr>
      </w:pPr>
      <w:r w:rsidRPr="000819ED">
        <w:rPr>
          <w:rFonts w:ascii="Times New Roman" w:hAnsi="Times New Roman" w:cs="Times New Roman"/>
          <w:lang w:val="it-IT"/>
        </w:rPr>
        <w:t>5. PRESA D’ATTO E SOTTOSCRIZIONE</w:t>
      </w:r>
    </w:p>
    <w:p w14:paraId="6ACFD555"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Il/La sottoscritto/a presenta la proposta sopra descritta e prende atto che le manifestazioni di interesse saranno valutate dall’Amministrazione comunale ai fini della definizione dei contenuti del Piano degli Interventi, tenendo conto della coerenza con il PAT, con la pianificazione sovraordinata e con gli obiettivi di tutela, sostenibilità e sviluppo del territorio comunale.</w:t>
      </w:r>
    </w:p>
    <w:p w14:paraId="4238049B"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Prende inoltre atto che la presentazione della manifestazione di interesse non costituisce avvio di un procedimento di variante urbanistica, non determina il riconoscimento di diritti edificatori e non comporta alcun obbligo per l’Amministrazione comunale di recepire la proposta, fatta salva la possibilità di richiamarne gli allegati grafici esplicativi nelle eventuali ulteriori manifestazioni di interesse.</w:t>
      </w:r>
    </w:p>
    <w:p w14:paraId="7A158958" w14:textId="77777777" w:rsidR="00645757" w:rsidRPr="000819ED" w:rsidRDefault="00000000">
      <w:pPr>
        <w:rPr>
          <w:rFonts w:ascii="Times New Roman" w:hAnsi="Times New Roman" w:cs="Times New Roman"/>
          <w:lang w:val="it-IT"/>
        </w:rPr>
      </w:pPr>
      <w:r w:rsidRPr="000819ED">
        <w:rPr>
          <w:rFonts w:ascii="Times New Roman" w:hAnsi="Times New Roman" w:cs="Times New Roman"/>
          <w:lang w:val="it-IT"/>
        </w:rPr>
        <w:t>Luogo e data __________________________    Firma ____________________________________</w:t>
      </w:r>
    </w:p>
    <w:p w14:paraId="2742E969" w14:textId="77777777" w:rsidR="00645757" w:rsidRPr="000819ED" w:rsidRDefault="00000000">
      <w:pPr>
        <w:rPr>
          <w:rFonts w:ascii="Times New Roman" w:hAnsi="Times New Roman" w:cs="Times New Roman"/>
          <w:lang w:val="it-IT"/>
        </w:rPr>
      </w:pPr>
      <w:r w:rsidRPr="000819ED">
        <w:rPr>
          <w:rFonts w:ascii="Times New Roman" w:hAnsi="Times New Roman" w:cs="Times New Roman"/>
          <w:sz w:val="18"/>
          <w:lang w:val="it-IT"/>
        </w:rPr>
        <w:t>Per proposte riferite a più soggetti, aggiungere i dati e le firme in un foglio allegato. Se necessario, utilizzare fogli aggiuntivi per la descrizione della proposta.</w:t>
      </w:r>
    </w:p>
    <w:sectPr w:rsidR="00645757" w:rsidRPr="000819ED" w:rsidSect="00034616">
      <w:footerReference w:type="default" r:id="rId9"/>
      <w:pgSz w:w="12240" w:h="15840"/>
      <w:pgMar w:top="907" w:right="1134" w:bottom="90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B83EB" w14:textId="77777777" w:rsidR="00C41935" w:rsidRDefault="00C41935">
      <w:pPr>
        <w:spacing w:after="0" w:line="240" w:lineRule="auto"/>
      </w:pPr>
      <w:r>
        <w:separator/>
      </w:r>
    </w:p>
  </w:endnote>
  <w:endnote w:type="continuationSeparator" w:id="0">
    <w:p w14:paraId="7EFB23FB" w14:textId="77777777" w:rsidR="00C41935" w:rsidRDefault="00C41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A4C06" w14:textId="77777777" w:rsidR="00645757" w:rsidRPr="007238E9" w:rsidRDefault="00000000">
    <w:pPr>
      <w:pStyle w:val="Pidipagina"/>
      <w:jc w:val="center"/>
      <w:rPr>
        <w:lang w:val="it-IT"/>
      </w:rPr>
    </w:pPr>
    <w:r w:rsidRPr="007238E9">
      <w:rPr>
        <w:lang w:val="it-IT"/>
      </w:rPr>
      <w:t xml:space="preserve">Comune di Enego • Manifestazione di interesse Piano degli Interventi • </w:t>
    </w:r>
    <w:r>
      <w:fldChar w:fldCharType="begin"/>
    </w:r>
    <w:r w:rsidRPr="007238E9">
      <w:rPr>
        <w:lang w:val="it-IT"/>
      </w:rPr>
      <w:instrText>PAGE</w:instrText>
    </w:r>
    <w:r>
      <w:fldChar w:fldCharType="separate"/>
    </w:r>
    <w:r w:rsidR="007238E9" w:rsidRPr="007238E9">
      <w:rPr>
        <w:noProof/>
        <w:lang w:val="it-IT"/>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68EBC" w14:textId="77777777" w:rsidR="00C41935" w:rsidRDefault="00C41935">
      <w:pPr>
        <w:spacing w:after="0" w:line="240" w:lineRule="auto"/>
      </w:pPr>
      <w:r>
        <w:separator/>
      </w:r>
    </w:p>
  </w:footnote>
  <w:footnote w:type="continuationSeparator" w:id="0">
    <w:p w14:paraId="31D96447" w14:textId="77777777" w:rsidR="00C41935" w:rsidRDefault="00C419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853645594">
    <w:abstractNumId w:val="8"/>
  </w:num>
  <w:num w:numId="2" w16cid:durableId="1469932872">
    <w:abstractNumId w:val="6"/>
  </w:num>
  <w:num w:numId="3" w16cid:durableId="1882201767">
    <w:abstractNumId w:val="5"/>
  </w:num>
  <w:num w:numId="4" w16cid:durableId="98768529">
    <w:abstractNumId w:val="4"/>
  </w:num>
  <w:num w:numId="5" w16cid:durableId="1724206570">
    <w:abstractNumId w:val="7"/>
  </w:num>
  <w:num w:numId="6" w16cid:durableId="614139674">
    <w:abstractNumId w:val="3"/>
  </w:num>
  <w:num w:numId="7" w16cid:durableId="1554855123">
    <w:abstractNumId w:val="2"/>
  </w:num>
  <w:num w:numId="8" w16cid:durableId="364792102">
    <w:abstractNumId w:val="1"/>
  </w:num>
  <w:num w:numId="9" w16cid:durableId="1971589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19ED"/>
    <w:rsid w:val="0015074B"/>
    <w:rsid w:val="0029639D"/>
    <w:rsid w:val="00326F90"/>
    <w:rsid w:val="00474B09"/>
    <w:rsid w:val="00564D57"/>
    <w:rsid w:val="00645757"/>
    <w:rsid w:val="00692A63"/>
    <w:rsid w:val="007238E9"/>
    <w:rsid w:val="00A95AE8"/>
    <w:rsid w:val="00AA1D8D"/>
    <w:rsid w:val="00B47730"/>
    <w:rsid w:val="00C41935"/>
    <w:rsid w:val="00C84569"/>
    <w:rsid w:val="00CB0664"/>
    <w:rsid w:val="00F36A1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E46716"/>
  <w14:defaultImageDpi w14:val="300"/>
  <w15:docId w15:val="{62228EB7-31D4-4D0C-AEBA-66C4BC2A4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pPr>
    <w:rPr>
      <w:rFonts w:ascii="Arial" w:hAnsi="Arial"/>
      <w:sz w:val="20"/>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000000"/>
      <w:sz w:val="22"/>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000000"/>
      <w:sz w:val="22"/>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llegamentoipertestuale">
    <w:name w:val="Hyperlink"/>
    <w:basedOn w:val="Carpredefinitoparagrafo"/>
    <w:uiPriority w:val="99"/>
    <w:unhideWhenUsed/>
    <w:rsid w:val="00474B09"/>
    <w:rPr>
      <w:color w:val="0000FF" w:themeColor="hyperlink"/>
      <w:u w:val="single"/>
    </w:rPr>
  </w:style>
  <w:style w:type="character" w:styleId="Menzionenonrisolta">
    <w:name w:val="Unresolved Mention"/>
    <w:basedOn w:val="Carpredefinitoparagrafo"/>
    <w:uiPriority w:val="99"/>
    <w:semiHidden/>
    <w:unhideWhenUsed/>
    <w:rsid w:val="00474B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ego.vi@cert.ip-veneto.ne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Sindaco</cp:lastModifiedBy>
  <cp:revision>4</cp:revision>
  <dcterms:created xsi:type="dcterms:W3CDTF">2013-12-23T23:15:00Z</dcterms:created>
  <dcterms:modified xsi:type="dcterms:W3CDTF">2026-10-08T13:02:00Z</dcterms:modified>
  <cp:category/>
</cp:coreProperties>
</file>